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חידות לחג הסיגד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חג הסיגד ואת קהילת ביתא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לוגית ופענוח חידות וצפנים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קריאה והבנה דרך 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היכרות עם חג הסיגד – הכרת 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השתחוויה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יוצאי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געז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היכרות עם חג הסיגד – השלמות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חג הסיגד חל חמישים יום אחרי יום הכיפורים, לא לפניו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היכרות עם חג הסיגד – השלמת משפטים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ביתא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היכרות עם חג הסיגד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(השתחוויה בשפת געז)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(קהילת יוצאי אתיופיה)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(שנת ההכרה כחג לאומי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(החג שאחריו חלים חמישים יום עד הסיגד)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מילים וחידות מילים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פירוש המילה בשפת הקודש של קהילת ביתא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החג חל 50 יום אחרי יום הכיפורים ולא לפניו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מילים וחידות מילים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ביתא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מילים וחידות מילים – התאימו משחק לדרך הפתרון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(מנחשים מילה אות אחר 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(חותכים אות ומגלים מילה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(שורת סמלונים מייצגת מושג מהחג)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חידות אימוג׳י וחידות בתמונות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🙇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🏔️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חידות אימוג׳י וחידות בתמונות – התאמת תמונה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(עלייה להר)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(קריאה בתורה)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(קס (מנהיג דתי))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חידות אימוג׳י וחידות בתמונות – יצירה ופענוח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חידות אימוג׳י וחידות בתמונות –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העיקרון שעליו מבוססות חידות התמונה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כתב סתרים וצפנים – היכרות עם הצפנים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 צופן אתב״ש - האות הראשונה מתחלפת באחרונה וכן הלאה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העיקרון של צופן הזזה, למשל הזזה של אות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כתב סתרים וצפנים – שאלות על סוגי הצפנים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אתב״ש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כותבים מהסוף להתחלה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כתב סתרים וצפנים – פענוח אתב״ש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סיגד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כתב סתרים וצפנים – הזזה, היפוך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סיגד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סיכום ומשחק חידות – מה זכרתם על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החג שייך למסורת קהילת ביתא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המילה סיגד פירושה השתחוויה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סיכום ומשחק חידות – הכרת סוגי החידות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50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כתב סתרים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סיכום ומשחק חידות – התאמת סוגי 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(מנחשים מילה אות אחר 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(חותכים אות ומגלים מילה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(שורת סמלונים שמייצגת מושג מהחג)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(פענוח לפי א״ת ב״ש, הזזה או הפוך)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סיכום ומשחק חידות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לאומי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השתחוויה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יוצאי אתיופיה (ביתא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50 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תכלול: חג של קהילת ביתא ישראל, חמישים יום אחרי 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בדיקה שהתלמיד/ה ניסה את כל חמשת סוגי 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המראה הבנה של לפחות סוג חידה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לכמה שיעורים - פרק אחד או שניים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רמזים נוספים או לפתור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להציע להמציא חידה חדשה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לפתוח כל שיעור בתזכורת קצרה על החג לפני תחילת החידות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חידות לחג הסיגד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הזאת תפתרו חידות שונות על חג הסיגד. עבדו לפי הסדר מפרק לפרק, ואם חידה קשה - אפשר לחזור אליה אחר כך.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לאומי  ·  סיגד  ·  ביתא ישראל  ·  סיגד  ·  חמישים  ·  ביתא  ·  סיגד  ·  הר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היכרות עם חג הסיגד – הכרת 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משמעות המילה 'סיגד' בשפת געז?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השתחוויה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אסיפה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חג הסיגד הוא חג של איזו קהילה?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יוצאי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יוצאי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יוצאי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באיזו שפה נאמרת המילה 'סיגד'?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אמהרית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עברית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היכרות עם חג הסיגד – השלמות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הסיגד חל חמישים יום לפני יום הכיפורים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היכרות עם חג הסיגד – השלמת משפטים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חג הסיגד חל __________ יום אחרי 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חג הסיגד הוא החג של קהילת __________ ישראל, יוצאי אתיופיה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היכרות עם חג הסיגד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שנת ההכרה כחג לאומי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ביתא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החג שאחריו חלים חמישים יום עד הסיגד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3. 2008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השתחוויה בשפת געז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יום הכיפורים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קהילת יוצאי אתיופיה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מילים וחידות מילים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סיגד בשפת געז פירושה השתחוויה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הסיגד חל 50 יום לפני יום הכיפורים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מילים וחידות מילים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ההשתחוויה והתפילה המרכזית בחג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קהילת יוצאי אתיופיה בישראל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מילים וחידות מילים – התאימו משחק לדרך הפתרון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איש תלוי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חותכים אות ומגלים מילה 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קפד ראשו וזנבו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שורת סמלונים מייצגת מושג מהחג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חידות אימוג׳י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מנחשים מילה אות אחר 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חידות אימוג׳י וחידות בתמונות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אימוג׳י הכי מתאים לייצג את המילה "השתחוויה" (פירוש המילה סיגד בשפת געז)?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🙇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🎈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🚀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ימים אחרי יום הכיפורים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אימוג׳י מתאים למילה "הר", שאליו עולים בחג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🏔️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📖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חידות אימוג׳י וחידות בתמונות – התאמת תמונה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תמונה של אנשים מטפסים בהר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קס (מנהיג דתי)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תמונה של ספר תורה פתוח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עלייה להר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תמונה של אדם לבוש בגדי כהונה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קריאה בתורה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חידות אימוג׳י וחידות בתמונות – יצירה ופענוח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חידות אימוג׳י וחידות בתמונות –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בחידות התמונה שבחוברת, כל תמונה מייצגת אות אחת, וצירוף האותיות יחד יוצר מילה שלמה הקשורה לחג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כתב סתרים וצפנים – היכרות עם הצפנים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בצופן אתב״ש כל אות מוחלפת באות שמולה בסדר ההפוך של האלפבית, למשל א הופכת לת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בהזזת אותיות, כל אות מוחלפת באות שבאה אחריה באלפבית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כתב סתרים וצפנים – שאלות על סוגי הצפנים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צופן האות ב מוחלפת באות 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אתב״ש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הזזת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היפוך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כותבים מילה בצופן של היפוך 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מוסיפים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כותבים מהסוף להתחלה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מוחקים אותיות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כתב סתרים וצפנים – פענוח אתב״ש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פענחו באתב״ש: צג (שם מקום שבו נערך החג)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פענחו באתב״ש: חמרק (שם החג עצמו)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כתב סתרים וצפנים – הזזה, היפוך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פענחו בהזזת אות אחת קדימה: דגיס (כתוב בהיפוך)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סיכום ומשחק חידות – מה זכרתם על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הסיגד הוא החג של קהילת ביתא ישראל, יוצאי אתיופיה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סיגד בשפת געז פירושה שיר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סיכום ומשחק חידות – הכרת סוגי 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ימים אחרי יום הכיפורים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סוג חידה פותרים לפי שיטת א״ת ב״ש או הזזה?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איש תלוי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כתב סתרים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חידות אימוג׳י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סיכום ומשחק חידות – התאמת סוגי 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איש תלוי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חותכים אות ומגלים מילה 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קפד ראשו וזנבו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מנחשים מילה אות אחר 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חידות אימוג׳י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פענוח לפי א״ת ב״ש, הזזה או הפוך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כתב סתרים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שורת סמלונים שמייצגת מושג מהחג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סיכום ומשחק חידות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חג הסיגד הוא חג __________ בישראל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חזרה מסכמת – שאלות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פירוש המילה ״סיגד״ בשפת געז?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השתחוויה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קהילה חוגגת את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יוצאי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יוצאי אתיופיה (ביתא ישראל)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יוצאי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ימים אחרי יום הכיפורים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70 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להסביר מה זה חג הסיגד ומתי הוא חל?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הצלחתי לפתור לפחות חידה אחת מכל סוג?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