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חידות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לוגית ופענוח חידות וצפנים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קריאה והבנה דרך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עם חג הסיגד – הכרת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יוצאי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עם חג הסיגד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חג הסיגד חל חמישים יום אחרי יום הכיפורים, לא לפניו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עם חג הסיגד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 עם חג הסיגד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(השתחוויה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(קהילת יוצאי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(שנת ההכרה כחג לאומי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(החג שאחריו חלים חמישים יום עד הסיגד)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וחידות מילים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פירוש המילה בשפת הקודש של קהילת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החג חל 50 יום אחרי יום הכיפורים ולא לפניו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חג שהביאו איתם יוצאי אתיופיה לישראל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וחידות מילים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מילים וחידות מילים – התאימו משחק לדרך הפתרון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(מנחשים מילה אות אחר 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(חותכים אות ומגלים מילה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(שורת סמלונים מייצגת מושג מהחג)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(צריך לפענח צופן כדי לגלות 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(תמונה ואותיות יחד יוצרות מילה)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חידות אימוג׳י וחידות בתמונות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🙇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🏔️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יוצאי אתיופיה (ביתא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חידות אימוג׳י וחידות בתמונות – התאמת תמונה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(עלייה להר)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(קריאה בתורה)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(קס (מנהיג דתי))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(תפילה בציבור)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(סעודת 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חידות אימוג׳י וחידות בתמונות – יצירה ופענוח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עלייה להר והשתחוויה בחג הסיגד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חידות אימוג׳י וחידות בתמונות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העיקרון שעליו מבוססות חידות התמונה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כתב סתרים וצפנים – היכרות עם הצפנים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צופן אתב״ש - האות הראשונה מתחלפת באחרונה וכן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העיקרון של צופן הזזה, למשל הזזה של אות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בהיפוך מילים כותבים את האותיות מהסוף להתחלה, כך שהמילה נראית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כתב סתרים וצפנים – שאלות על סוגי הצפנים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אתב״ש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כותבים מהסוף להתחלה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כתב סתרים וצפנים – פענוח אתב״ש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כתב סתרים וצפנים – הזזה, היפוך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סיכום ומשחק חידות – מה זכרתם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שייך למסורת קהילת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סיגד פירושה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עד אז לא היה חג רשמי במדינה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סיכום ומשחק חידות – הכרת סוגי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 סתרים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סיכום ומשחק חידות – התאמת סוגי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(מנחשים מילה אות אחר 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(חותכים אות ומגלים מילה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(שורת סמלונים שמייצגת מושג מהחג)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(פענוח לפי א״ת ב״ש, הזזה או הפוך)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(תמונה ואותיות שיוצרות מילה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סיכום ומשחק חידות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יוצאי אתיופיה (ביתא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מנחשים אות אחר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חותכים אות מהמילה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כתב סתרים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תכלול: חג של קהילת ביתא ישראל,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שהתלמיד/ה ניסה את כל חמשת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לפחות סוג חידה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-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רמזים נוספים או לפתור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להציע להמציא חידה חדשה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כל שיעור בתזכורת קצרה על החג לפני תחילת החידות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חידות לחג הסיגד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חידות על חג הסיגד. פותרים לפי הסדר. אם קשה - חוזרים אחר כך.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בשפת געז שפירושה השתחוויה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קהילה יהודית שמוצאה מאתיופיה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שנהגתה באתיופיה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שכל המדינה חוגגת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איש תלוי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ניחוש אותיות במילה חסרה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אתב״ש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צופן שמחליף אותיות לפי סדר הפוך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הזזת אותיות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צופן שמזיז כל אות כמה מקומות קדימה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חידת אימוג׳י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שבה סמלים מייצגים מילה או מושג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 עם חג הסיגד – הכרת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משמעות המילה 'סיגד'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חג הסיגד הוא חג של איזו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שפה נאמרת המילה 'סיגד'?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הוכר חג הסיגד כחג לאומי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 עם חג הסיגד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חמישים יום לפני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 עם חג הסיגד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__________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הסיגד הוא החג של קהילת __________ ישראל, יוצאי אתיופיה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היכרות עם חג הסיגד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קהילת יוצאי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השתחוויה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3. 2008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החג שאחריו חלים חמישים יום עד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 הכיפורים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שנת ההכרה כחג לאומי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מילים וחידות מילים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בשפת געז פירושה השתחוויה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50 יום לפני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מסורתי של קהילת ביתא ישראל, יוצאי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מילים וחידות מילים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ההשתחוויה והתפילה המרכזית בחג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קהילת יוצאי אתיופיה בישראל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השפה העתיקה שבה כתובים ספרי הקודש של הקהילה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מנהיגי הדת המסורתיים בקהילה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מילים וחידות מילים – התאימו משחק לדרך הפתרון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תמונה ואותיות יחד יוצרות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קפד ראשו וזנבו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שורת סמלונים מייצגת מושג מהחג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חידות אימוג׳י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צריך לפענח צופן כדי לגלות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 סתרים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מנחשים מילה אות אחר 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חידות בתמונות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חותכים אות ומגלים מילה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חידות אימוג׳י וחידות בתמונות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סמל מראה אדם שמשתחווה?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🙇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🎈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🚀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אימוג׳י מתאים למילה "הר", שאליו עולים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🏔️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חג הסיגד הוא חג של בני קהילת...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יוצאי אתיופיה (ביתא ישראל)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משנת איזו שנה הסיגד הוא חג לאומי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חידות אימוג׳י וחידות בתמונות – התאמת תמונה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תמונה של אנשים מטפסים בהר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סעודת 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תמונה של ספר תורה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עלייה להר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תמונה של אדם לבוש בגדי כהונה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תפילה בציבור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 של קבוצת אנשים מתפללים יחד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קריאה בתורה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תמונה של שולחן עם אוכל חגיגי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קס (מנהיג דתי)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חידות אימוג׳י וחידות בתמונות – יצירה ופענוח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שורת האימוג׳ים 🏔️🙇🕊️ יכולה לייצג את הביטוי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חידות אימוג׳י וחידות בתמונות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בחידות התמונה שבחוברת, כל תמונה מייצגת אות אחת, וצירוף האותיות יחד יוצר מילה שלמה הקשורה לחג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כתב סתרים וצפנים – היכרות עם הצפנים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בצופן אתב״ש כל אות מוחלפת באות שמולה בסדר ההפוך של האלפבית, למשל א הופכת 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בהזזת אותיות, כל אות מוחלפת באות שבאה אחריה באלפבית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בהיפוך מילים המילה נשארת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כתב סתרים וצפנים – שאלות על סוגי הצפנים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צופן הופך את ב ל-ש?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אתב״ש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הזזת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היפוך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חידות אימוג׳י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בהיפוך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מהסוף להתחלה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מחליפים מילים בתמונות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כתב סתרים וצפנים – פענוח אתב״ש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פענחו באתב״ש: צג (שם מקום שבו נערך החג)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פענחו באתב״ש: חמרק (שם החג עצמו)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פענחו באתב״ש: הפי (פעולה שעושים ביום החג)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פענחו באתב״ש: דחמי (מנהיגים רוחניים בקהילה)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פענחו באתב״ש: אומכצ (פעולה שעושים מול השמיים בחג)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כתב סתרים וצפנים – הזזה, היפוך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פענחו בהזזת אות אחת קדימה: דגיס (כתוב בהיפוך)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פענחו בהזזת אות אחת אחורה: טד (שם כללי לחג)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פענחו בהזזת אות אחת אחורה: נזפה (מילה שמתארת את מועד החג)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סיכום ומשחק חידות – מה זכרתם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החג של קהילת ביתא ישראל, יוצאי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בשפת געז פירושה 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לאומי בישראל רק משנת 2008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סיכום ומשחק חידות – הכרת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אחרי כמה ימים מיום הכיפורים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חידה משתמשים בשיטות פענוח כאלה?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 תלוי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סתרים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חידות אימוג׳י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חידות בתמונות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מדינה הגיעה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סיכום ומשחק חידות – התאמת סוגי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חותכים אות ומגלים מילה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קפד ראשו וזנבו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פענוח לפי א״ת ב״ש, הזזה או הפוך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חידות אימוג׳י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תמונה ואותיות שיוצרות מילה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 סתרים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מנחשים מילה אות אחר 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חידות בתמונות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שורת סמלונים שמייצגת מושג מהחג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סיכום ומשחק חידות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הוא חג __________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בחידת קפד ראשו וזנבו מורידים אות מההתחלה ומה__________ של המילה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״סיגד״?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קהילה חוגגת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יוצאי אתיופיה (ביתא ישראל)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שנה הסיגד הוא חג לאומי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בחידת ׳איש תלוי׳ איך מגלים את המילה?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מנחשים אות אחר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צובעים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שומעים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פותרים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בחידת ׳קפד ראשו וזנבו׳ מה עושים כדי לגלות מילה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אות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חותכים אות מהמילה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הופכים את הסדר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מתרגמים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סוג כתב סתרים מוזכר באתר ומבוסס על החלפת אותיות (א״ת ב״ש)?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מוזיקלי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 סתרים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 ברייל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זה חג הסיגד ומתי הוא חל?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לפתור לפחות חידה אחת מכל סוג?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סוג חידה היה הכי מעניין בשבילי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